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color w:val="16324F"/>
          <w:sz w:val="50"/>
        </w:rPr>
        <w:t>MĚŘENÍ TEPLOTY</w:t>
      </w:r>
    </w:p>
    <w:p>
      <w:pPr>
        <w:pStyle w:val="Normal"/>
        <w:jc w:val="center"/>
        <w:rPr/>
      </w:pPr>
      <w:r>
        <w:rPr>
          <w:i/>
        </w:rPr>
        <w:t>Заметки докладчика: термометры, сенсоры, точность и коммуникация</w:t>
      </w:r>
    </w:p>
    <w:p>
      <w:pPr>
        <w:pStyle w:val="Normal"/>
        <w:jc w:val="center"/>
        <w:rPr/>
      </w:pPr>
      <w:r>
        <w:rPr/>
        <w:t>Подробная опора для презентации примерно на 20 минут</w:t>
      </w:r>
    </w:p>
    <w:p>
      <w:pPr>
        <w:pStyle w:val="Normal"/>
        <w:rPr/>
      </w:pPr>
      <w:r>
        <w:rPr/>
        <w:t>Это не реферат для чтения слово в слово. Используй текст как шпаргалку: пойми главную мысль, затем объясни её своими словами. На слайде оставляй короткие тезисы, а здесь смотри значения терминов и примеры.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Titulní strana — Měření teploty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Задать тему и маршрут.</w:t>
      </w:r>
    </w:p>
    <w:p>
      <w:pPr>
        <w:pStyle w:val="Normal"/>
        <w:rPr/>
      </w:pPr>
      <w:r>
        <w:rPr>
          <w:b/>
        </w:rPr>
        <w:t xml:space="preserve">Что сказать: </w:t>
      </w:r>
      <w:r>
        <w:rPr/>
        <w:t>«Презентация о том, как измеряют температуру, какие бывают термометры и сенсоры, насколько точны измерения и как данные попадают в электронные устройства».</w:t>
      </w:r>
    </w:p>
    <w:p>
      <w:pPr>
        <w:pStyle w:val="Normal"/>
        <w:rPr/>
      </w:pPr>
      <w:r>
        <w:rPr>
          <w:b/>
        </w:rPr>
        <w:t xml:space="preserve">Связка: </w:t>
      </w:r>
      <w:r>
        <w:rPr/>
        <w:t>Начинаем с температуры как величины из термодинамики, затем переходим к приборам и электронике. На титуле задерживаться не нужно.</w:t>
      </w:r>
    </w:p>
    <w:p>
      <w:pPr>
        <w:pStyle w:val="Heading1"/>
        <w:spacing w:before="0" w:after="0"/>
        <w:rPr/>
      </w:pPr>
      <w:r>
        <w:rPr/>
        <w:t>2. Návaznost na termodynamiku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Температура — состояниевая величина; тепловое равновесие связывает тему с предыдущими уроками.</w:t>
      </w:r>
    </w:p>
    <w:p>
      <w:pPr>
        <w:pStyle w:val="Normal"/>
        <w:rPr/>
      </w:pPr>
      <w:r>
        <w:rPr>
          <w:b/>
        </w:rPr>
        <w:t xml:space="preserve">Stavová veličina: </w:t>
      </w:r>
      <w:r>
        <w:rPr/>
        <w:t>Состояниевая величина описывает состояние термодинамической системы. Примеры: температура, давление, объём.</w:t>
      </w:r>
    </w:p>
    <w:p>
      <w:pPr>
        <w:pStyle w:val="Normal"/>
        <w:rPr/>
      </w:pPr>
      <w:r>
        <w:rPr>
          <w:b/>
        </w:rPr>
        <w:t xml:space="preserve">Тепловое равновесие: </w:t>
      </w:r>
      <w:r>
        <w:rPr/>
        <w:t>Когда тела находятся в тепловом равновесии, между ними нет результирующего теплообмена, и их температуры равны. Поэтому контактный термометр должен успеть обменяться теплом с объектом.</w:t>
      </w:r>
    </w:p>
    <w:p>
      <w:pPr>
        <w:pStyle w:val="Normal"/>
        <w:rPr/>
      </w:pPr>
      <w:r>
        <w:rPr>
          <w:b/>
        </w:rPr>
        <w:t xml:space="preserve">Единицы: </w:t>
      </w:r>
      <w:r>
        <w:rPr/>
        <w:t>Единица SI — кельвин (K), в быту часто используют °C. Разность 1 K равна разности 1 °C. Перевод: T(K) = t(°C) + 273,15.</w:t>
      </w:r>
    </w:p>
    <w:p>
      <w:pPr>
        <w:pStyle w:val="Heading1"/>
        <w:spacing w:before="0" w:after="0"/>
        <w:rPr/>
      </w:pPr>
      <w:r>
        <w:rPr/>
        <w:t>3. Co vlastně měříme?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Сенсор обычно реагирует не на «температуру напрямую», а на меняющееся вместе с ней физическое свойство.</w:t>
      </w:r>
    </w:p>
    <w:p>
      <w:pPr>
        <w:pStyle w:val="Normal"/>
        <w:rPr/>
      </w:pPr>
      <w:r>
        <w:rPr>
          <w:b/>
        </w:rPr>
        <w:t xml:space="preserve">Принцип: </w:t>
      </w:r>
      <w:r>
        <w:rPr/>
        <w:t>Температура влияет на объём жидкости, сопротивление, напряжение, размеры материалов и тепловое излучение. Сенсор измеряет такое изменение, а электроника или шкала переводит его в температуру.</w:t>
      </w:r>
    </w:p>
    <w:p>
      <w:pPr>
        <w:pStyle w:val="Normal"/>
        <w:rPr/>
      </w:pPr>
      <w:r>
        <w:rPr>
          <w:b/>
        </w:rPr>
        <w:t xml:space="preserve">Примеры: </w:t>
      </w:r>
      <w:r>
        <w:rPr/>
        <w:t>Pt100: измеряют сопротивление. Термопара: измеряют небольшое напряжение. Инфракрасный термометр: принимает тепловое излучение поверхности.</w:t>
      </w:r>
    </w:p>
    <w:p>
      <w:pPr>
        <w:pStyle w:val="Normal"/>
        <w:rPr/>
      </w:pPr>
      <w:r>
        <w:rPr>
          <w:b/>
        </w:rPr>
        <w:t xml:space="preserve">Цепочка: </w:t>
      </w:r>
      <w:r>
        <w:rPr/>
        <w:t>Температура → физическое изменение → сенсор → сигнал → обработка → значение температуры. Много знаков на дисплее не гарантирует высокую точность.</w:t>
      </w:r>
    </w:p>
    <w:p>
      <w:pPr>
        <w:pStyle w:val="Heading1"/>
        <w:spacing w:before="0" w:after="0"/>
        <w:rPr/>
      </w:pPr>
      <w:r>
        <w:rPr/>
      </w:r>
    </w:p>
    <w:p>
      <w:pPr>
        <w:pStyle w:val="Heading1"/>
        <w:spacing w:before="0" w:after="0"/>
        <w:rPr/>
      </w:pPr>
      <w:r>
        <w:rPr/>
      </w:r>
    </w:p>
    <w:p>
      <w:pPr>
        <w:pStyle w:val="Heading1"/>
        <w:spacing w:before="0" w:after="0"/>
        <w:rPr/>
      </w:pPr>
      <w:r>
        <w:rPr/>
        <w:t>4. Teploměr vs. teplotní senzor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Различить чувствительный элемент и законченный измерительный прибор.</w:t>
      </w:r>
    </w:p>
    <w:p>
      <w:pPr>
        <w:pStyle w:val="Normal"/>
        <w:rPr/>
      </w:pPr>
      <w:r>
        <w:rPr>
          <w:b/>
        </w:rPr>
        <w:t xml:space="preserve">Senzor: </w:t>
      </w:r>
      <w:r>
        <w:rPr/>
        <w:t>Температурный сенсор — элемент, свойство которого зависит от температуры: термистор, Pt100 или термопара.</w:t>
      </w:r>
    </w:p>
    <w:p>
      <w:pPr>
        <w:pStyle w:val="Normal"/>
        <w:rPr/>
      </w:pPr>
      <w:r>
        <w:rPr>
          <w:b/>
        </w:rPr>
        <w:t xml:space="preserve">Teploměr: </w:t>
      </w:r>
      <w:r>
        <w:rPr/>
        <w:t>Термометр — устройство, которое позволяет получить температуру. Он может включать сенсор, электронику, программный пересчёт и дисплей.</w:t>
      </w:r>
    </w:p>
    <w:p>
      <w:pPr>
        <w:pStyle w:val="Normal"/>
        <w:rPr/>
      </w:pPr>
      <w:r>
        <w:rPr>
          <w:b/>
        </w:rPr>
        <w:t xml:space="preserve">Пример: </w:t>
      </w:r>
      <w:r>
        <w:rPr/>
        <w:t>Голый Pt100 не показывает цифры. Электроника измеряет его сопротивление и преобразует его в °C. Коротко: сенсор — часть системы, термометр — прибор.</w:t>
      </w:r>
    </w:p>
    <w:p>
      <w:pPr>
        <w:pStyle w:val="Heading1"/>
        <w:spacing w:before="0" w:after="0"/>
        <w:rPr/>
      </w:pPr>
      <w:r>
        <w:rPr/>
        <w:t>5. Základní rozdělení teploměrů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Разделить методы на контактные и бесконтактные.</w:t>
      </w:r>
    </w:p>
    <w:p>
      <w:pPr>
        <w:pStyle w:val="Normal"/>
        <w:rPr/>
      </w:pPr>
      <w:r>
        <w:rPr>
          <w:b/>
        </w:rPr>
        <w:t xml:space="preserve">Контактные: </w:t>
      </w:r>
      <w:r>
        <w:rPr/>
        <w:t>Сенсор соприкасается с объектом или средой и обычно должен приблизиться к их температуре. Примеры: жидкостный, биметаллический, RTD, термистор, термопара.</w:t>
      </w:r>
    </w:p>
    <w:p>
      <w:pPr>
        <w:pStyle w:val="Normal"/>
        <w:rPr/>
      </w:pPr>
      <w:r>
        <w:rPr>
          <w:b/>
        </w:rPr>
        <w:t xml:space="preserve">Бесконтактные: </w:t>
      </w:r>
      <w:r>
        <w:rPr/>
        <w:t>Оценивают температуру по тепловому, обычно инфракрасному, излучению. Пример — пирометр.</w:t>
      </w:r>
    </w:p>
    <w:p>
      <w:pPr>
        <w:pStyle w:val="Normal"/>
        <w:rPr/>
      </w:pPr>
      <w:r>
        <w:rPr>
          <w:b/>
        </w:rPr>
        <w:t xml:space="preserve">Почему много типов: </w:t>
      </w:r>
      <w:r>
        <w:rPr/>
        <w:t>У задач разные требования: диапазон, скорость, точность, цена, безопасность, движется ли объект и можно ли к нему прикоснуться. Универсально лучшего сенсора нет.</w:t>
      </w:r>
    </w:p>
    <w:p>
      <w:pPr>
        <w:pStyle w:val="Heading1"/>
        <w:spacing w:before="0" w:after="0"/>
        <w:rPr/>
      </w:pPr>
      <w:r>
        <w:rPr/>
        <w:t>6. Kapalinový teploměr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Принцип — тепловое расширение жидкости.</w:t>
      </w:r>
    </w:p>
    <w:p>
      <w:pPr>
        <w:pStyle w:val="Normal"/>
        <w:rPr/>
      </w:pPr>
      <w:r>
        <w:rPr>
          <w:b/>
        </w:rPr>
        <w:t xml:space="preserve">Как работает: </w:t>
      </w:r>
      <w:r>
        <w:rPr/>
        <w:t>При изменении температуры жидкость меняет объём. В узком капилляре изменение видно как движение столбика по шкале.</w:t>
      </w:r>
    </w:p>
    <w:p>
      <w:pPr>
        <w:pStyle w:val="Normal"/>
        <w:rPr/>
      </w:pPr>
      <w:r>
        <w:rPr>
          <w:b/>
        </w:rPr>
        <w:t xml:space="preserve">Ртуть и спирт: </w:t>
      </w:r>
      <w:r>
        <w:rPr/>
        <w:t>Исторически использовали ртуть и окрашенный спирт. Ртуть токсична, поэтому во многих бытовых устройствах её заменили более безопасными вариантами.</w:t>
      </w:r>
    </w:p>
    <w:p>
      <w:pPr>
        <w:pStyle w:val="Normal"/>
        <w:rPr/>
      </w:pPr>
      <w:r>
        <w:rPr>
          <w:b/>
        </w:rPr>
        <w:t xml:space="preserve">Плюсы и минусы: </w:t>
      </w:r>
      <w:r>
        <w:rPr/>
        <w:t>Не нужно питание, конструкция простая. Минусы: хрупкость, ограниченный диапазон, нужно считывать шкалу и ждать установления температуры.</w:t>
      </w:r>
    </w:p>
    <w:p>
      <w:pPr>
        <w:pStyle w:val="Heading1"/>
        <w:spacing w:before="0" w:after="0"/>
        <w:rPr/>
      </w:pPr>
      <w:r>
        <w:rPr/>
        <w:t>7. Bimetalický teploměr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Разное тепловое расширение двух металлов превращается в движение стрелки.</w:t>
      </w:r>
    </w:p>
    <w:p>
      <w:pPr>
        <w:pStyle w:val="Normal"/>
        <w:rPr/>
      </w:pPr>
      <w:r>
        <w:rPr>
          <w:b/>
        </w:rPr>
        <w:t xml:space="preserve">Биметалл: </w:t>
      </w:r>
      <w:r>
        <w:rPr/>
        <w:t>Две полосы разных металлов соединены. При нагревании они расширяются неодинаково, поэтому вся полоска изгибается.</w:t>
      </w:r>
    </w:p>
    <w:p>
      <w:pPr>
        <w:pStyle w:val="Normal"/>
        <w:rPr/>
      </w:pPr>
      <w:r>
        <w:rPr>
          <w:b/>
        </w:rPr>
        <w:t xml:space="preserve">Механизм: </w:t>
      </w:r>
      <w:r>
        <w:rPr/>
        <w:t>Изгиб передаётся механизму, который поворачивает стрелку. Применяется, например, в духовках, трубопроводах и отопительных системах.</w:t>
      </w:r>
    </w:p>
    <w:p>
      <w:pPr>
        <w:pStyle w:val="Normal"/>
        <w:rPr/>
      </w:pPr>
      <w:r>
        <w:rPr>
          <w:b/>
        </w:rPr>
        <w:t xml:space="preserve">Плюсы и минусы: </w:t>
      </w:r>
      <w:r>
        <w:rPr/>
        <w:t>Прост, прочен и не требует батарейки. Обычно менее точен, чем хороший калиброванный RTD, и может медленнее реагировать.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8. RTD — odporový teploměr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Объяснить датчик сопротивления и Pt100.</w:t>
      </w:r>
    </w:p>
    <w:p>
      <w:pPr>
        <w:pStyle w:val="Normal"/>
        <w:rPr/>
      </w:pPr>
      <w:r>
        <w:rPr>
          <w:b/>
        </w:rPr>
        <w:t xml:space="preserve">RTD: </w:t>
      </w:r>
      <w:r>
        <w:rPr/>
        <w:t>Resistance Temperature Detector — датчик, который измеряет температуру по изменению электрического сопротивления. Часто используется платина.</w:t>
      </w:r>
    </w:p>
    <w:p>
      <w:pPr>
        <w:pStyle w:val="Normal"/>
        <w:rPr/>
      </w:pPr>
      <w:r>
        <w:rPr>
          <w:b/>
        </w:rPr>
        <w:t xml:space="preserve">PRT: </w:t>
      </w:r>
      <w:r>
        <w:rPr/>
        <w:t>Platinum Resistance Thermometer — платиновый термометр сопротивления. Это платиновый вариант сопротивительного термометра; RTD — более широкая категория.</w:t>
      </w:r>
    </w:p>
    <w:p>
      <w:pPr>
        <w:pStyle w:val="Normal"/>
        <w:rPr/>
      </w:pPr>
      <w:r>
        <w:rPr>
          <w:b/>
        </w:rPr>
        <w:t xml:space="preserve">Pt100: </w:t>
      </w:r>
      <w:r>
        <w:rPr/>
        <w:t>Номинальное сопротивление 100 Ω при 0 °C. У Pt1000 аналогично 1000 Ω при 0 °C.</w:t>
      </w:r>
    </w:p>
    <w:p>
      <w:pPr>
        <w:pStyle w:val="Normal"/>
        <w:rPr/>
      </w:pPr>
      <w:r>
        <w:rPr>
          <w:b/>
        </w:rPr>
        <w:t xml:space="preserve">Свойства: </w:t>
      </w:r>
      <w:r>
        <w:rPr/>
        <w:t>RTD ценят за точность, стабильность и повторяемость. Нужна измерительная электроника; цена часто выше простого термистора. Стабильность — мало меняется со временем; повторяемость — близкие результаты при одинаковых условиях.</w:t>
      </w:r>
    </w:p>
    <w:p>
      <w:pPr>
        <w:pStyle w:val="Heading1"/>
        <w:spacing w:before="0" w:after="0"/>
        <w:rPr/>
      </w:pPr>
      <w:r>
        <w:rPr/>
        <w:t>9. Jak funguje Pt100?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Показать, как сопротивление преобразуется в температуру.</w:t>
      </w:r>
    </w:p>
    <w:p>
      <w:pPr>
        <w:pStyle w:val="Normal"/>
        <w:rPr/>
      </w:pPr>
      <w:r>
        <w:rPr>
          <w:b/>
        </w:rPr>
        <w:t xml:space="preserve">Формула: </w:t>
      </w:r>
      <w:r>
        <w:rPr/>
        <w:t>Приближённо около 0 °C: R(T) ≈ R₀(1 + αT). R₀ — сопротивление при 0 °C, T — температура в °C, α — температурный коэффициент сопротивления.</w:t>
      </w:r>
    </w:p>
    <w:p>
      <w:pPr>
        <w:pStyle w:val="Normal"/>
        <w:rPr/>
      </w:pPr>
      <w:r>
        <w:rPr>
          <w:b/>
        </w:rPr>
        <w:t xml:space="preserve">Коэффициент: </w:t>
      </w:r>
      <w:r>
        <w:rPr/>
        <w:t>Для стандартной платиновой характеристики α ≈ 0,00385 °C⁻¹, численно то же значение можно выразить в K⁻¹. Это приближение, не идеальная формула для любого диапазона.</w:t>
      </w:r>
    </w:p>
    <w:p>
      <w:pPr>
        <w:pStyle w:val="Normal"/>
        <w:rPr/>
      </w:pPr>
      <w:r>
        <w:rPr>
          <w:b/>
        </w:rPr>
        <w:t xml:space="preserve">Пример: </w:t>
      </w:r>
      <w:r>
        <w:rPr/>
        <w:t>У Pt100: 0 °C → 100 Ω; 100 °C → примерно 138,5 Ω. Электроника измеряет сопротивление и переводит его в температуру.</w:t>
      </w:r>
    </w:p>
    <w:p>
      <w:pPr>
        <w:pStyle w:val="Normal"/>
        <w:rPr/>
      </w:pPr>
      <w:r>
        <w:rPr>
          <w:b/>
        </w:rPr>
        <w:t xml:space="preserve">Как измеряют R: </w:t>
      </w:r>
      <w:r>
        <w:rPr/>
        <w:t>Пропускают известный небольшой ток и измеряют напряжение, затем по закону Ома R = U/I находят сопротивление. Ток не должен заметно нагревать сам датчик. Для точных измерений используют стандартные таблицы или уравнения, потому что зависимость не идеально линейна.</w:t>
      </w:r>
    </w:p>
    <w:p>
      <w:pPr>
        <w:pStyle w:val="Heading1"/>
        <w:spacing w:before="0" w:after="0"/>
        <w:rPr/>
      </w:pPr>
      <w:r>
        <w:rPr/>
        <w:t>10. Termistor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Полупроводниковый резистор, сильно зависящий от температуры.</w:t>
      </w:r>
    </w:p>
    <w:p>
      <w:pPr>
        <w:pStyle w:val="Normal"/>
        <w:rPr/>
      </w:pPr>
      <w:r>
        <w:rPr>
          <w:b/>
        </w:rPr>
        <w:t xml:space="preserve">Термистор: </w:t>
      </w:r>
      <w:r>
        <w:rPr/>
        <w:t>Резистор из материала, сопротивление которого заметно меняется с температурой. Обычно он чувствительнее RTD в своём рабочем диапазоне.</w:t>
      </w:r>
    </w:p>
    <w:p>
      <w:pPr>
        <w:pStyle w:val="Normal"/>
        <w:rPr/>
      </w:pPr>
      <w:r>
        <w:rPr>
          <w:b/>
        </w:rPr>
        <w:t xml:space="preserve">NTC: </w:t>
      </w:r>
      <w:r>
        <w:rPr/>
        <w:t>Negative Temperature Coefficient: при росте температуры сопротивление уменьшается. Часто применяется для измерения температуры.</w:t>
      </w:r>
    </w:p>
    <w:p>
      <w:pPr>
        <w:pStyle w:val="Normal"/>
        <w:rPr/>
      </w:pPr>
      <w:r>
        <w:rPr>
          <w:b/>
        </w:rPr>
        <w:t xml:space="preserve">PTC: </w:t>
      </w:r>
      <w:r>
        <w:rPr/>
        <w:t>Positive Temperature Coefficient: при росте температуры сопротивление увеличивается. Часто применяется для защиты или ограничения тока.</w:t>
      </w:r>
    </w:p>
    <w:p>
      <w:pPr>
        <w:pStyle w:val="Normal"/>
        <w:rPr/>
      </w:pPr>
      <w:r>
        <w:rPr>
          <w:b/>
        </w:rPr>
        <w:t xml:space="preserve">Плюсы и нюанс: </w:t>
      </w:r>
      <w:r>
        <w:rPr/>
        <w:t>Термистор дешёвый, маленький и чувствительный, но характеристика нелинейна. Слишком большой измерительный ток нагревает датчик и искажает результат: это самонагрев.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11. RTD vs. termistor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Оба измеряют сопротивление, но различаются материалом и характеристикой.</w:t>
      </w:r>
    </w:p>
    <w:p>
      <w:pPr>
        <w:pStyle w:val="Normal"/>
        <w:rPr/>
      </w:pPr>
      <w:r>
        <w:rPr>
          <w:b/>
        </w:rPr>
        <w:t xml:space="preserve">Разница: </w:t>
      </w:r>
      <w:r>
        <w:rPr/>
        <w:t>RTD обычно лучше по стабильности и линейности; NTC обычно дешевле и чувствительнее в узком диапазоне.</w:t>
      </w:r>
    </w:p>
    <w:p>
      <w:pPr>
        <w:pStyle w:val="Normal"/>
        <w:rPr/>
      </w:pPr>
      <w:r>
        <w:rPr>
          <w:b/>
        </w:rPr>
        <w:t xml:space="preserve">Точность: </w:t>
      </w:r>
      <w:r>
        <w:rPr/>
        <w:t>Нельзя сказать, что любой RTD точнее любого термистора. Хороший термистор может быть очень точным в узком диапазоне. Важны класс, калибровка, электроника и условия.</w:t>
      </w:r>
    </w:p>
    <w:p>
      <w:pPr>
        <w:pStyle w:val="Normal"/>
        <w:rPr/>
      </w:pPr>
      <w:r>
        <w:rPr>
          <w:b/>
        </w:rPr>
        <w:t xml:space="preserve">Применение: </w:t>
      </w:r>
      <w:r>
        <w:rPr/>
        <w:t>RTD часто используют в промышленности и лабораториях; термисторы — в бытовой электронике, батареях и устройствах, где важны низкая цена и компактность.</w:t>
      </w:r>
    </w:p>
    <w:p>
      <w:pPr>
        <w:pStyle w:val="Normal"/>
        <w:rPr/>
      </w:pPr>
      <w:r>
        <w:rPr>
          <w:b/>
        </w:rPr>
        <w:t xml:space="preserve">Не путать: </w:t>
      </w:r>
      <w:r>
        <w:rPr/>
        <w:t>Чувствительность — насколько сильно меняется сигнал при небольшом изменении температуры. Она не равна точности.</w:t>
      </w:r>
    </w:p>
    <w:p>
      <w:pPr>
        <w:pStyle w:val="Heading1"/>
        <w:spacing w:before="0" w:after="0"/>
        <w:rPr/>
      </w:pPr>
      <w:r>
        <w:rPr/>
        <w:t>12. Termočlánek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Термопара создаёт термоэлектрическое напряжение при разности температур.</w:t>
      </w:r>
    </w:p>
    <w:p>
      <w:pPr>
        <w:pStyle w:val="Normal"/>
        <w:rPr/>
      </w:pPr>
      <w:r>
        <w:rPr>
          <w:b/>
        </w:rPr>
        <w:t xml:space="preserve">Как работает: </w:t>
      </w:r>
      <w:r>
        <w:rPr/>
        <w:t>Два разных проводника соединены в измерительном спае. При разнице температур между измерительным и опорным соединениями возникает небольшое напряжение.</w:t>
      </w:r>
    </w:p>
    <w:p>
      <w:pPr>
        <w:pStyle w:val="Normal"/>
        <w:rPr/>
      </w:pPr>
      <w:r>
        <w:rPr>
          <w:b/>
        </w:rPr>
        <w:t xml:space="preserve">Малый сигнал: </w:t>
      </w:r>
      <w:r>
        <w:rPr/>
        <w:t>Напряжение обычно измеряется в милливольтах, поэтому нужна подходящая электроника и защита от помех.</w:t>
      </w:r>
    </w:p>
    <w:p>
      <w:pPr>
        <w:pStyle w:val="Normal"/>
        <w:rPr/>
      </w:pPr>
      <w:r>
        <w:rPr>
          <w:b/>
        </w:rPr>
        <w:t xml:space="preserve">Компенсация опорного спая: </w:t>
      </w:r>
      <w:r>
        <w:rPr/>
        <w:t>Чтобы вычислить температуру, прибор должен знать температуру опорного соединения. Это называют компенсацией холодного спая, хотя он не обязан быть буквально холодным.</w:t>
      </w:r>
    </w:p>
    <w:p>
      <w:pPr>
        <w:pStyle w:val="Normal"/>
        <w:rPr/>
      </w:pPr>
      <w:r>
        <w:rPr>
          <w:b/>
        </w:rPr>
        <w:t xml:space="preserve">Плюсы и минусы: </w:t>
      </w:r>
      <w:r>
        <w:rPr/>
        <w:t>Термопары недорогие, прочные, быстрые и подходят для высоких температур. Точность зависит от типа, установки и измерительной электроники.</w:t>
      </w:r>
    </w:p>
    <w:p>
      <w:pPr>
        <w:pStyle w:val="Heading1"/>
        <w:spacing w:before="0" w:after="0"/>
        <w:rPr/>
      </w:pPr>
      <w:r>
        <w:rPr/>
        <w:t>13. Typy termočlánků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Буквы обозначают разные пары сплавов и разные рабочие диапазоны.</w:t>
      </w:r>
    </w:p>
    <w:p>
      <w:pPr>
        <w:pStyle w:val="Normal"/>
        <w:rPr/>
      </w:pPr>
      <w:r>
        <w:rPr>
          <w:b/>
        </w:rPr>
        <w:t xml:space="preserve">Типы K, J, T, E: </w:t>
      </w:r>
      <w:r>
        <w:rPr/>
        <w:t>K широко используется в промышленности и печах; T — для сравнительно низких температур; J также распространён в промышленности; E обладает высокой чувствительностью.</w:t>
      </w:r>
    </w:p>
    <w:p>
      <w:pPr>
        <w:pStyle w:val="Normal"/>
        <w:rPr/>
      </w:pPr>
      <w:r>
        <w:rPr>
          <w:b/>
        </w:rPr>
        <w:t xml:space="preserve">Типы S, R, B: </w:t>
      </w:r>
      <w:r>
        <w:rPr/>
        <w:t>Благороднометаллические термопары для очень высоких температур и специальных задач; они обычно дороже.</w:t>
      </w:r>
    </w:p>
    <w:p>
      <w:pPr>
        <w:pStyle w:val="Normal"/>
        <w:rPr/>
      </w:pPr>
      <w:r>
        <w:rPr>
          <w:b/>
        </w:rPr>
        <w:t xml:space="preserve">Диапазоны: </w:t>
      </w:r>
      <w:r>
        <w:rPr/>
        <w:t>Значения в таблице ориентировочные: предел зависит от конструкции, толщины проводов, атмосферы и длительности работы. Не нужно зачитывать каждую цифру.</w:t>
      </w:r>
    </w:p>
    <w:p>
      <w:pPr>
        <w:pStyle w:val="Normal"/>
        <w:rPr/>
      </w:pPr>
      <w:r>
        <w:rPr>
          <w:b/>
        </w:rPr>
        <w:t xml:space="preserve">Вывод: </w:t>
      </w:r>
      <w:r>
        <w:rPr/>
        <w:t>Выбирают тип по температуре, среде, требуемой точности, скорости и цене.</w:t>
      </w:r>
    </w:p>
    <w:p>
      <w:pPr>
        <w:pStyle w:val="Heading1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Heading1"/>
        <w:spacing w:before="0" w:after="0"/>
        <w:rPr/>
      </w:pPr>
      <w:r>
        <w:rPr/>
        <w:t>14. Bezkontaktní měření — infračervený teploměr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Температура оценивается по инфракрасному излучению поверхности.</w:t>
      </w:r>
    </w:p>
    <w:p>
      <w:pPr>
        <w:pStyle w:val="Normal"/>
        <w:rPr/>
      </w:pPr>
      <w:r>
        <w:rPr>
          <w:b/>
        </w:rPr>
        <w:t xml:space="preserve">Излучение: </w:t>
      </w:r>
      <w:r>
        <w:rPr/>
        <w:t>Любое тело выше абсолютного нуля испускает электромагнитное излучение; при обычных температурах важную роль играет инфракрасная часть спектра.</w:t>
      </w:r>
    </w:p>
    <w:p>
      <w:pPr>
        <w:pStyle w:val="Normal"/>
        <w:rPr/>
      </w:pPr>
      <w:r>
        <w:rPr>
          <w:b/>
        </w:rPr>
        <w:t xml:space="preserve">Как измеряет: </w:t>
      </w:r>
      <w:r>
        <w:rPr/>
        <w:t>Оптика собирает излучение, детектор превращает его в сигнал, электроника вычисляет температуру поверхности.</w:t>
      </w:r>
    </w:p>
    <w:p>
      <w:pPr>
        <w:pStyle w:val="Normal"/>
        <w:rPr/>
      </w:pPr>
      <w:r>
        <w:rPr>
          <w:b/>
        </w:rPr>
        <w:t xml:space="preserve">Эмиссивность: </w:t>
      </w:r>
      <w:r>
        <w:rPr/>
        <w:t>Эмиссивность — способность поверхности излучать тепло относительно идеального излучателя. Блестящий металл может отражать окружающее излучение и давать ошибку.</w:t>
      </w:r>
    </w:p>
    <w:p>
      <w:pPr>
        <w:pStyle w:val="Normal"/>
        <w:rPr/>
      </w:pPr>
      <w:r>
        <w:rPr>
          <w:b/>
        </w:rPr>
        <w:t xml:space="preserve">Ограничения: </w:t>
      </w:r>
      <w:r>
        <w:rPr/>
        <w:t>Обычно измеряется поверхность, не внутренняя температура. Важны свойства поверхности, расстояние, размер измерительного пятна, пар и пыль.</w:t>
      </w:r>
    </w:p>
    <w:p>
      <w:pPr>
        <w:pStyle w:val="Normal"/>
        <w:rPr/>
      </w:pPr>
      <w:r>
        <w:rPr>
          <w:b/>
        </w:rPr>
        <w:t xml:space="preserve">Применение: </w:t>
      </w:r>
      <w:r>
        <w:rPr/>
        <w:t>Горячие, движущиеся или опасные для касания объекты.</w:t>
      </w:r>
    </w:p>
    <w:p>
      <w:pPr>
        <w:pStyle w:val="Heading1"/>
        <w:spacing w:before="0" w:after="0"/>
        <w:rPr/>
      </w:pPr>
      <w:r>
        <w:rPr/>
        <w:t>15. Co znamená přesnost?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Разделить точность, разрешение, повторяемость и неопределённость.</w:t>
      </w:r>
    </w:p>
    <w:p>
      <w:pPr>
        <w:pStyle w:val="Normal"/>
        <w:rPr/>
      </w:pPr>
      <w:r>
        <w:rPr>
          <w:b/>
        </w:rPr>
        <w:t xml:space="preserve">Точность: </w:t>
      </w:r>
      <w:r>
        <w:rPr/>
        <w:t>В обычной речи — близость результата к истинному или принятому опорному значению. На практике прибор также описывают погрешностью и неопределённостью.</w:t>
      </w:r>
    </w:p>
    <w:p>
      <w:pPr>
        <w:pStyle w:val="Normal"/>
        <w:rPr/>
      </w:pPr>
      <w:r>
        <w:rPr>
          <w:b/>
        </w:rPr>
        <w:t xml:space="preserve">Разрешение: </w:t>
      </w:r>
      <w:r>
        <w:rPr/>
        <w:t>Минимальный шаг отображения. Показание 23,47 °C может иметь разрешение 0,01 °C, но это не доказывает, что температура верна до сотых.</w:t>
      </w:r>
    </w:p>
    <w:p>
      <w:pPr>
        <w:pStyle w:val="Normal"/>
        <w:rPr/>
      </w:pPr>
      <w:r>
        <w:rPr>
          <w:b/>
        </w:rPr>
        <w:t xml:space="preserve">Пример: </w:t>
      </w:r>
      <w:r>
        <w:rPr/>
        <w:t>Если истинная температура 24,0 °C, а прибор показывает 23,5 °C, ошибка равна −0,5 °C, даже если дисплей показывает десятые.</w:t>
      </w:r>
    </w:p>
    <w:p>
      <w:pPr>
        <w:pStyle w:val="Normal"/>
        <w:rPr/>
      </w:pPr>
      <w:r>
        <w:rPr>
          <w:b/>
        </w:rPr>
        <w:t xml:space="preserve">Повторяемость: </w:t>
      </w:r>
      <w:r>
        <w:rPr/>
        <w:t>Насколько близки повторные измерения в одинаковых условиях. Повторяемые показания могут быть систематически неверными.</w:t>
      </w:r>
    </w:p>
    <w:p>
      <w:pPr>
        <w:pStyle w:val="Normal"/>
        <w:rPr/>
      </w:pPr>
      <w:r>
        <w:rPr>
          <w:b/>
        </w:rPr>
        <w:t xml:space="preserve">Неопределённость: </w:t>
      </w:r>
      <w:r>
        <w:rPr/>
        <w:t>Оценка сомнения в результате с учётом известных источников вариации.</w:t>
      </w:r>
    </w:p>
    <w:p>
      <w:pPr>
        <w:pStyle w:val="Normal"/>
        <w:rPr/>
      </w:pPr>
      <w:r>
        <w:rPr>
          <w:b/>
        </w:rPr>
        <w:t xml:space="preserve">Гистерезис и дрейф: </w:t>
      </w:r>
      <w:r>
        <w:rPr/>
        <w:t>Гистерезис: показание зависит от того, нагревали или охлаждали датчик. Дрейф: характеристики постепенно меняются со временем.</w:t>
      </w:r>
    </w:p>
    <w:p>
      <w:pPr>
        <w:pStyle w:val="Heading1"/>
        <w:spacing w:before="0" w:after="0"/>
        <w:rPr/>
      </w:pPr>
      <w:r>
        <w:rPr/>
        <w:t>16. Co ovlivňuje přesnost měření?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Итог зависит от сенсора, установки, среды и электроники.</w:t>
      </w:r>
    </w:p>
    <w:p>
      <w:pPr>
        <w:pStyle w:val="Normal"/>
        <w:rPr/>
      </w:pPr>
      <w:r>
        <w:rPr>
          <w:b/>
        </w:rPr>
        <w:t xml:space="preserve">Сенсор и установка: </w:t>
      </w:r>
      <w:r>
        <w:rPr/>
        <w:t>На результат влияют производственный допуск, нелинейность, дрейф, плохой контакт и неправильное расположение. Датчик может измерять температуру собственного корпуса, а не объекта.</w:t>
      </w:r>
    </w:p>
    <w:p>
      <w:pPr>
        <w:pStyle w:val="Normal"/>
        <w:rPr/>
      </w:pPr>
      <w:r>
        <w:rPr>
          <w:b/>
        </w:rPr>
        <w:t xml:space="preserve">Среда: </w:t>
      </w:r>
      <w:r>
        <w:rPr/>
        <w:t>Воздушный поток, излучение соседних горячих деталей, вибрации и электромагнитные помехи способны искажать показание.</w:t>
      </w:r>
    </w:p>
    <w:p>
      <w:pPr>
        <w:pStyle w:val="Normal"/>
        <w:rPr/>
      </w:pPr>
      <w:r>
        <w:rPr>
          <w:b/>
        </w:rPr>
        <w:t xml:space="preserve">Электроника: </w:t>
      </w:r>
      <w:r>
        <w:rPr/>
        <w:t>Шум, точность усилителя и опорного напряжения, ошибки преобразования сигнала также влияют на результат.</w:t>
      </w:r>
    </w:p>
    <w:p>
      <w:pPr>
        <w:pStyle w:val="Normal"/>
        <w:rPr/>
      </w:pPr>
      <w:r>
        <w:rPr>
          <w:b/>
        </w:rPr>
        <w:t xml:space="preserve">ADC: </w:t>
      </w:r>
      <w:r>
        <w:rPr/>
        <w:t>Analog-to-Digital Converter — аналого-цифровой преобразователь. Превращает аналоговое напряжение в цифровое число, которое обрабатывает микроконтроллер или компьютер.</w:t>
      </w:r>
    </w:p>
    <w:p>
      <w:pPr>
        <w:pStyle w:val="Normal"/>
        <w:rPr/>
      </w:pPr>
      <w:r>
        <w:rPr>
          <w:b/>
        </w:rPr>
        <w:t xml:space="preserve">Самонагрев: </w:t>
      </w:r>
      <w:r>
        <w:rPr/>
        <w:t>Измерительный ток может нагреть резистивный датчик. Хороший сенсор бесполезен, если неправильно смонтирован или подключён.</w:t>
      </w:r>
    </w:p>
    <w:p>
      <w:pPr>
        <w:pStyle w:val="Heading1"/>
        <w:spacing w:before="0" w:after="0"/>
        <w:rPr/>
      </w:pPr>
      <w:r>
        <w:rPr/>
        <w:t>17. Kalibrace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Калибровка сравнивает показания с опорным значением.</w:t>
      </w:r>
    </w:p>
    <w:p>
      <w:pPr>
        <w:pStyle w:val="Normal"/>
        <w:rPr/>
      </w:pPr>
      <w:r>
        <w:rPr>
          <w:b/>
        </w:rPr>
        <w:t xml:space="preserve">Определение: </w:t>
      </w:r>
      <w:r>
        <w:rPr/>
        <w:t>Калибровка — сравнение прибора с эталоном при заданных условиях, чтобы определить соотношение между показанием и опорным значением.</w:t>
      </w:r>
    </w:p>
    <w:p>
      <w:pPr>
        <w:pStyle w:val="Normal"/>
        <w:rPr/>
      </w:pPr>
      <w:r>
        <w:rPr>
          <w:b/>
        </w:rPr>
        <w:t xml:space="preserve">Пример: </w:t>
      </w:r>
      <w:r>
        <w:rPr/>
        <w:t>Эталон показывает 100,00 °C, проверяемый термометр — 100,8 °C. Разница показания составляет +0,8 °C.</w:t>
      </w:r>
    </w:p>
    <w:p>
      <w:pPr>
        <w:pStyle w:val="Normal"/>
        <w:rPr/>
      </w:pPr>
      <w:r>
        <w:rPr>
          <w:b/>
        </w:rPr>
        <w:t xml:space="preserve">Калибровка vs. регулировка: </w:t>
      </w:r>
      <w:r>
        <w:rPr/>
        <w:t>Калибровка выявляет и документирует отличие. Регулировка — изменение прибора, чтобы уменьшить ошибку. Это разные процедуры.</w:t>
      </w:r>
    </w:p>
    <w:p>
      <w:pPr>
        <w:pStyle w:val="Normal"/>
        <w:rPr/>
      </w:pPr>
      <w:r>
        <w:rPr>
          <w:b/>
        </w:rPr>
        <w:t xml:space="preserve">Зачем: </w:t>
      </w:r>
      <w:r>
        <w:rPr/>
        <w:t>Нужна там, где результат важен: лаборатории, производство, медицина и контроль технологических процессов.</w:t>
      </w:r>
    </w:p>
    <w:p>
      <w:pPr>
        <w:pStyle w:val="Heading1"/>
        <w:spacing w:before="0" w:after="0"/>
        <w:rPr/>
      </w:pPr>
      <w:r>
        <w:rPr/>
        <w:t>18. Které senzory jsou nejpoužívanější?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Показать статистику, но не выдавать старые данные за актуальные.</w:t>
      </w:r>
    </w:p>
    <w:p>
      <w:pPr>
        <w:pStyle w:val="Normal"/>
        <w:rPr/>
      </w:pPr>
      <w:r>
        <w:rPr>
          <w:b/>
        </w:rPr>
        <w:t xml:space="preserve">Данные: </w:t>
      </w:r>
      <w:r>
        <w:rPr/>
        <w:t>В обзоре, опубликованном в 2017 году и цитируемом NIST, приводились доли рынка: термопары 25,7 %, RTD 23,6 %, термисторы 18,9 %, интегральные датчики 15,4 %, инфракрасные 8,1 %, оптические 4,4 %, биметаллические 3,9 %.</w:t>
      </w:r>
    </w:p>
    <w:p>
      <w:pPr>
        <w:pStyle w:val="Normal"/>
        <w:rPr/>
      </w:pPr>
      <w:r>
        <w:rPr>
          <w:b/>
        </w:rPr>
        <w:t xml:space="preserve">Оговорка: </w:t>
      </w:r>
      <w:r>
        <w:rPr/>
        <w:t>Это данные конкретного исследования 2017 года, а не точная статистика 2026 года и не доля всех термометров в быту. Результат зависит от того, как исследование определяло рынок.</w:t>
      </w:r>
    </w:p>
    <w:p>
      <w:pPr>
        <w:pStyle w:val="Normal"/>
        <w:rPr/>
      </w:pPr>
      <w:r>
        <w:rPr>
          <w:b/>
        </w:rPr>
        <w:t xml:space="preserve">Вывод: </w:t>
      </w:r>
      <w:r>
        <w:rPr/>
        <w:t>Популярность не означает, что тип лучший для каждой задачи. Разные датчики выигрывают по цене, диапазону, скорости и точности.</w:t>
      </w:r>
    </w:p>
    <w:p>
      <w:pPr>
        <w:pStyle w:val="Heading1"/>
        <w:spacing w:before="0" w:after="0"/>
        <w:rPr/>
      </w:pPr>
      <w:r>
        <w:rPr/>
        <w:t>19. Jak se signál ze senzoru dostane k zařízení?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Путь от физического изменения до числа на дисплее.</w:t>
      </w:r>
    </w:p>
    <w:p>
      <w:pPr>
        <w:pStyle w:val="Normal"/>
        <w:rPr/>
      </w:pPr>
      <w:r>
        <w:rPr>
          <w:b/>
        </w:rPr>
        <w:t xml:space="preserve">Цепочка: </w:t>
      </w:r>
      <w:r>
        <w:rPr/>
        <w:t>Температура меняет свойство сенсора. Он даёт сопротивление, напряжение, ток или цифровые данные. Электроника измеряет сигнал, обрабатывает его и получает температуру.</w:t>
      </w:r>
    </w:p>
    <w:p>
      <w:pPr>
        <w:pStyle w:val="Normal"/>
        <w:rPr/>
      </w:pPr>
      <w:r>
        <w:rPr>
          <w:b/>
        </w:rPr>
        <w:t xml:space="preserve">Усилитель: </w:t>
      </w:r>
      <w:r>
        <w:rPr/>
        <w:t>Малый сигнал, например от термопары, усиливают, чтобы его было проще измерить.</w:t>
      </w:r>
    </w:p>
    <w:p>
      <w:pPr>
        <w:pStyle w:val="Normal"/>
        <w:rPr/>
      </w:pPr>
      <w:r>
        <w:rPr>
          <w:b/>
        </w:rPr>
        <w:t xml:space="preserve">ADC: </w:t>
      </w:r>
      <w:r>
        <w:rPr/>
        <w:t>Преобразует аналоговое напряжение в цифровое число.</w:t>
      </w:r>
    </w:p>
    <w:p>
      <w:pPr>
        <w:pStyle w:val="Normal"/>
        <w:rPr/>
      </w:pPr>
      <w:r>
        <w:rPr>
          <w:b/>
        </w:rPr>
        <w:t xml:space="preserve">MCU: </w:t>
      </w:r>
      <w:r>
        <w:rPr/>
        <w:t>Microcontroller Unit — микроконтроллер, небольшой компьютер на одном чипе. Он считывает датчики, выполняет программу и может управлять выходами.</w:t>
      </w:r>
    </w:p>
    <w:p>
      <w:pPr>
        <w:pStyle w:val="Normal"/>
        <w:rPr/>
      </w:pPr>
      <w:r>
        <w:rPr>
          <w:b/>
        </w:rPr>
        <w:t xml:space="preserve">PLC: </w:t>
      </w:r>
      <w:r>
        <w:rPr/>
        <w:t>Programmable Logic Controller — промышленный программируемый логический контроллер для датчиков, двигателей, клапанов и автоматизации.</w:t>
      </w:r>
    </w:p>
    <w:p>
      <w:pPr>
        <w:pStyle w:val="Normal"/>
        <w:rPr/>
      </w:pPr>
      <w:r>
        <w:rPr>
          <w:b/>
        </w:rPr>
        <w:t xml:space="preserve">Важно: </w:t>
      </w:r>
      <w:r>
        <w:rPr/>
        <w:t>Аналоговому сенсору может потребоваться внешний ADC. Цифровой сенсор часто уже содержит электронику преобразования.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20. Komunikace se senzorem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Аналоговый сигнал и цифровые протоколы; различать физическое соединение и формат данных.</w:t>
      </w:r>
    </w:p>
    <w:p>
      <w:pPr>
        <w:pStyle w:val="Normal"/>
        <w:rPr/>
      </w:pPr>
      <w:r>
        <w:rPr>
          <w:b/>
        </w:rPr>
        <w:t xml:space="preserve">0–10 V: </w:t>
      </w:r>
      <w:r>
        <w:rPr/>
        <w:t>Аналоговое значение передаётся уровнем напряжения. Просто, но помехи и падение напряжения могут влиять на результат.</w:t>
      </w:r>
    </w:p>
    <w:p>
      <w:pPr>
        <w:pStyle w:val="Normal"/>
        <w:rPr/>
      </w:pPr>
      <w:r>
        <w:rPr>
          <w:b/>
        </w:rPr>
        <w:t xml:space="preserve">4–20 mA: </w:t>
      </w:r>
      <w:r>
        <w:rPr/>
        <w:t>Промышленная токовая петля. Часто 4 mA соответствует нижнему пределу шкалы, 20 mA — верхнему. Ток около нуля может указывать на обрыв. Хорошо подходит для длинных промышленных кабелей.</w:t>
      </w:r>
    </w:p>
    <w:p>
      <w:pPr>
        <w:pStyle w:val="Normal"/>
        <w:rPr/>
      </w:pPr>
      <w:r>
        <w:rPr>
          <w:b/>
        </w:rPr>
        <w:t xml:space="preserve">I²C: </w:t>
      </w:r>
      <w:r>
        <w:rPr/>
        <w:t>Короткая цифровая шина: SDA передаёт данные, SCL — тактовые импульсы. Несколько совместимых микросхем могут подключаться к одной шине и различаться адресами.</w:t>
      </w:r>
    </w:p>
    <w:p>
      <w:pPr>
        <w:pStyle w:val="Normal"/>
        <w:rPr/>
      </w:pPr>
      <w:r>
        <w:rPr>
          <w:b/>
        </w:rPr>
        <w:t xml:space="preserve">SPI: </w:t>
      </w:r>
      <w:r>
        <w:rPr/>
        <w:t>Быстрый последовательный интерфейс, обычно с тактовой линией, линиями данных и выбором устройства. Часто требует больше сигнальных линий, чем I²C.</w:t>
      </w:r>
    </w:p>
    <w:p>
      <w:pPr>
        <w:pStyle w:val="Normal"/>
        <w:rPr/>
      </w:pPr>
      <w:r>
        <w:rPr>
          <w:b/>
        </w:rPr>
        <w:t xml:space="preserve">1-Wire: </w:t>
      </w:r>
      <w:r>
        <w:rPr/>
        <w:t>Протокол, известный по датчику DS18B20. Использует одну линию данных плюс общий провод; питание иногда подаётся отдельно, иногда возможно паразитное питание. «Один провод» не означает, что физически больше соединений не нужно.</w:t>
      </w:r>
    </w:p>
    <w:p>
      <w:pPr>
        <w:pStyle w:val="Normal"/>
        <w:rPr/>
      </w:pPr>
      <w:r>
        <w:rPr>
          <w:b/>
        </w:rPr>
        <w:t xml:space="preserve">UART: </w:t>
      </w:r>
      <w:r>
        <w:rPr/>
        <w:t>Последовательный интерфейс с передачей и приёмом, обычно TX и RX плюс общий провод. Сам по себе не определяет полноценный формат промышленной сети.</w:t>
      </w:r>
    </w:p>
    <w:p>
      <w:pPr>
        <w:pStyle w:val="Normal"/>
        <w:rPr/>
      </w:pPr>
      <w:r>
        <w:rPr>
          <w:b/>
        </w:rPr>
        <w:t xml:space="preserve">RS-485: </w:t>
      </w:r>
      <w:r>
        <w:rPr/>
        <w:t>Электрический стандарт физического уровня. Передаёт биты дифференциальным сигналом по паре проводов, устойчивой к помехам и подходящей для длинных линий и нескольких устройств.</w:t>
      </w:r>
    </w:p>
    <w:p>
      <w:pPr>
        <w:pStyle w:val="Normal"/>
        <w:rPr/>
      </w:pPr>
      <w:r>
        <w:rPr>
          <w:b/>
        </w:rPr>
        <w:t xml:space="preserve">Modbus: </w:t>
      </w:r>
      <w:r>
        <w:rPr/>
        <w:t>Протокол сообщений: задаёт, как устройства запрашивают и передают значения, например температуру в регистрах. Modbus RTU часто работает поверх RS-485. RS-485 — как передать биты электрически; Modbus — что эти биты означают.</w:t>
      </w:r>
    </w:p>
    <w:p>
      <w:pPr>
        <w:pStyle w:val="Heading1"/>
        <w:spacing w:before="0" w:after="0"/>
        <w:rPr/>
      </w:pPr>
      <w:r>
        <w:rPr/>
        <w:t>21. Příklad: teplotní senzor v reálném zařízení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Пример полной измерительно-управляющей системы.</w:t>
      </w:r>
    </w:p>
    <w:p>
      <w:pPr>
        <w:pStyle w:val="Normal"/>
        <w:rPr/>
      </w:pPr>
      <w:r>
        <w:rPr>
          <w:b/>
        </w:rPr>
        <w:t xml:space="preserve">DS18B20: </w:t>
      </w:r>
      <w:r>
        <w:rPr/>
        <w:t>Цифровой температурный датчик: внутри есть сенсор и электроника, а значение передаётся по 1-Wire. Микроконтроллеру не нужно напрямую измерять сопротивление элемента.</w:t>
      </w:r>
    </w:p>
    <w:p>
      <w:pPr>
        <w:pStyle w:val="Normal"/>
        <w:rPr/>
      </w:pPr>
      <w:r>
        <w:rPr>
          <w:b/>
        </w:rPr>
        <w:t xml:space="preserve">MCU и логирование: </w:t>
      </w:r>
      <w:r>
        <w:rPr/>
        <w:t>Микроконтроллер получает результат, сравнивает его с порогом и может записывать данные с датой/временем. Такая запись называется логированием.</w:t>
      </w:r>
    </w:p>
    <w:p>
      <w:pPr>
        <w:pStyle w:val="Normal"/>
        <w:rPr/>
      </w:pPr>
      <w:r>
        <w:rPr>
          <w:b/>
        </w:rPr>
        <w:t xml:space="preserve">Пример управления: </w:t>
      </w:r>
      <w:r>
        <w:rPr/>
        <w:t>При температуре выше 80 °C система может включить вентилятор, а выше 100 °C — подать тревогу. Это условный пример: реальные пределы задаются спецификацией оборудования.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Система выполняет цепочку: измерить → обработать → принять решение → выполнить действие.</w:t>
      </w:r>
    </w:p>
    <w:p>
      <w:pPr>
        <w:pStyle w:val="Heading1"/>
        <w:spacing w:before="0" w:after="0"/>
        <w:rPr/>
      </w:pPr>
      <w:r>
        <w:rPr/>
        <w:t>22. Jaký senzor vybrat?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Выбор начинается с требований задачи.</w:t>
      </w:r>
    </w:p>
    <w:p>
      <w:pPr>
        <w:pStyle w:val="Normal"/>
        <w:rPr/>
      </w:pPr>
      <w:r>
        <w:rPr>
          <w:b/>
        </w:rPr>
        <w:t xml:space="preserve">Сначала определить: </w:t>
      </w:r>
      <w:r>
        <w:rPr/>
        <w:t>Минимальную и максимальную температуру, точность, скорость реакции, цену, среду, способ монтажа и доступную электронику.</w:t>
      </w:r>
    </w:p>
    <w:p>
      <w:pPr>
        <w:pStyle w:val="Normal"/>
        <w:rPr/>
      </w:pPr>
      <w:r>
        <w:rPr>
          <w:b/>
        </w:rPr>
        <w:t xml:space="preserve">Типовые варианты: </w:t>
      </w:r>
      <w:r>
        <w:rPr/>
        <w:t>RTD/PRT — точность и стабильность; термистор — низкая цена и высокая чувствительность в узком диапазоне; термопара — высокие температуры и широкий диапазон; IR — измерение без контакта.</w:t>
      </w:r>
    </w:p>
    <w:p>
      <w:pPr>
        <w:pStyle w:val="Normal"/>
        <w:rPr/>
      </w:pPr>
      <w:r>
        <w:rPr>
          <w:b/>
        </w:rPr>
        <w:t xml:space="preserve">Вывод: </w:t>
      </w:r>
      <w:r>
        <w:rPr/>
        <w:t>Не существует единственного лучшего сенсора. Лучший — тот, который соответствует конкретным условиям.</w:t>
      </w:r>
    </w:p>
    <w:p>
      <w:pPr>
        <w:pStyle w:val="Heading1"/>
        <w:spacing w:before="0" w:after="0"/>
        <w:rPr/>
      </w:pPr>
      <w:r>
        <w:rPr/>
        <w:t>23. Shrnutí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Свести презентацию к нескольким основным выводам.</w:t>
      </w:r>
    </w:p>
    <w:p>
      <w:pPr>
        <w:pStyle w:val="Normal"/>
        <w:rPr/>
      </w:pPr>
      <w:r>
        <w:rPr>
          <w:b/>
        </w:rPr>
        <w:t xml:space="preserve">Главные идеи: </w:t>
      </w:r>
      <w:r>
        <w:rPr/>
        <w:t>Температура — состояниевая величина. Сенсоры используют разные физические принципы. Точность зависит от датчика, установки, электроники и калибровки. Сигнал может быть аналоговым или цифровым.</w:t>
      </w:r>
    </w:p>
    <w:p>
      <w:pPr>
        <w:pStyle w:val="Normal"/>
        <w:rPr/>
      </w:pPr>
      <w:r>
        <w:rPr>
          <w:b/>
        </w:rPr>
        <w:t xml:space="preserve">Финальная формулировка: </w:t>
      </w:r>
      <w:r>
        <w:rPr/>
        <w:t>«Температура превращается в измеримый сигнал, затем электроника переводит его в число, которое можно использовать для контроля и управления».</w:t>
      </w:r>
    </w:p>
    <w:p>
      <w:pPr>
        <w:pStyle w:val="Heading1"/>
        <w:spacing w:before="0" w:after="0"/>
        <w:rPr/>
      </w:pPr>
      <w:r>
        <w:rPr/>
        <w:t>24. Děkuji za pozornost</w:t>
      </w:r>
    </w:p>
    <w:p>
      <w:pPr>
        <w:pStyle w:val="Normal"/>
        <w:rPr/>
      </w:pPr>
      <w:r>
        <w:rPr>
          <w:b/>
        </w:rPr>
        <w:t xml:space="preserve">Главная мысль: </w:t>
      </w:r>
      <w:r>
        <w:rPr/>
        <w:t>Завершить и дать аудитории возможность задать вопросы.</w:t>
      </w:r>
    </w:p>
    <w:p>
      <w:pPr>
        <w:pStyle w:val="Normal"/>
        <w:rPr/>
      </w:pPr>
      <w:r>
        <w:rPr>
          <w:b/>
        </w:rPr>
        <w:t xml:space="preserve">Что сказать: </w:t>
      </w:r>
      <w:r>
        <w:rPr/>
        <w:t>„Děkuji za pozornost. Máte nějaké otázky?“ — «Спасибо за внимание. Есть вопросы?»</w:t>
      </w:r>
    </w:p>
    <w:p>
      <w:pPr>
        <w:pStyle w:val="Normal"/>
        <w:rPr/>
      </w:pPr>
      <w:r>
        <w:rPr>
          <w:b/>
        </w:rPr>
        <w:t xml:space="preserve">Если не знаешь ответа: </w:t>
      </w:r>
      <w:r>
        <w:rPr/>
        <w:t>Не выдумывай. Объясни принцип, который знаешь, и честно обозначь, какая техническая деталь тебе неизвестна. После фразы сделай паузу.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Мини-словарь терминов</w:t>
      </w:r>
    </w:p>
    <w:p>
      <w:pPr>
        <w:pStyle w:val="Normal"/>
        <w:rPr/>
      </w:pPr>
      <w:r>
        <w:rPr>
          <w:b/>
        </w:rPr>
        <w:t xml:space="preserve">ADC — </w:t>
      </w:r>
      <w:r>
        <w:rPr/>
        <w:t>Аналого-цифровой преобразователь: превращает аналоговый электрический сигнал в цифровое число.</w:t>
      </w:r>
    </w:p>
    <w:p>
      <w:pPr>
        <w:pStyle w:val="Normal"/>
        <w:rPr/>
      </w:pPr>
      <w:r>
        <w:rPr>
          <w:b/>
        </w:rPr>
        <w:t xml:space="preserve">MCU — </w:t>
      </w:r>
      <w:r>
        <w:rPr/>
        <w:t>Микроконтроллер — небольшой компьютер на одном чипе для чтения датчиков и управления устройствами.</w:t>
      </w:r>
    </w:p>
    <w:p>
      <w:pPr>
        <w:pStyle w:val="Normal"/>
        <w:rPr/>
      </w:pPr>
      <w:r>
        <w:rPr>
          <w:b/>
        </w:rPr>
        <w:t xml:space="preserve">PLC — </w:t>
      </w:r>
      <w:r>
        <w:rPr/>
        <w:t>Промышленный программируемый логический контроллер.</w:t>
      </w:r>
    </w:p>
    <w:p>
      <w:pPr>
        <w:pStyle w:val="Normal"/>
        <w:rPr/>
      </w:pPr>
      <w:r>
        <w:rPr>
          <w:b/>
        </w:rPr>
        <w:t xml:space="preserve">RTD — </w:t>
      </w:r>
      <w:r>
        <w:rPr/>
        <w:t>Датчик температуры на основе изменения электрического сопротивления.</w:t>
      </w:r>
    </w:p>
    <w:p>
      <w:pPr>
        <w:pStyle w:val="Normal"/>
        <w:rPr/>
      </w:pPr>
      <w:r>
        <w:rPr>
          <w:b/>
        </w:rPr>
        <w:t xml:space="preserve">PRT — </w:t>
      </w:r>
      <w:r>
        <w:rPr/>
        <w:t>Платиновый термометр сопротивления.</w:t>
      </w:r>
    </w:p>
    <w:p>
      <w:pPr>
        <w:pStyle w:val="Normal"/>
        <w:rPr/>
      </w:pPr>
      <w:r>
        <w:rPr>
          <w:b/>
        </w:rPr>
        <w:t xml:space="preserve">Pt100 — </w:t>
      </w:r>
      <w:r>
        <w:rPr/>
        <w:t>Платиновый датчик с номинальным сопротивлением 100 Ω при 0 °C.</w:t>
      </w:r>
    </w:p>
    <w:p>
      <w:pPr>
        <w:pStyle w:val="Normal"/>
        <w:rPr/>
      </w:pPr>
      <w:r>
        <w:rPr>
          <w:b/>
        </w:rPr>
        <w:t xml:space="preserve">NTC / PTC — </w:t>
      </w:r>
      <w:r>
        <w:rPr/>
        <w:t>NTC: сопротивление падает при нагреве; PTC: сопротивление растёт при нагреве.</w:t>
      </w:r>
    </w:p>
    <w:p>
      <w:pPr>
        <w:pStyle w:val="Normal"/>
        <w:rPr/>
      </w:pPr>
      <w:r>
        <w:rPr>
          <w:b/>
        </w:rPr>
        <w:t xml:space="preserve">I²C — </w:t>
      </w:r>
      <w:r>
        <w:rPr/>
        <w:t>Короткая цифровая шина с линиями данных SDA и тактового сигнала SCL.</w:t>
      </w:r>
    </w:p>
    <w:p>
      <w:pPr>
        <w:pStyle w:val="Normal"/>
        <w:rPr/>
      </w:pPr>
      <w:r>
        <w:rPr>
          <w:b/>
        </w:rPr>
        <w:t xml:space="preserve">SPI — </w:t>
      </w:r>
      <w:r>
        <w:rPr/>
        <w:t>Последовательный цифровой интерфейс, часто быстрый, с несколькими сигнальными линиями.</w:t>
      </w:r>
    </w:p>
    <w:p>
      <w:pPr>
        <w:pStyle w:val="Normal"/>
        <w:rPr/>
      </w:pPr>
      <w:r>
        <w:rPr>
          <w:b/>
        </w:rPr>
        <w:t xml:space="preserve">1-Wire — </w:t>
      </w:r>
      <w:r>
        <w:rPr/>
        <w:t>Протокол с одной линией данных плюс общий провод; пример — DS18B20.</w:t>
      </w:r>
    </w:p>
    <w:p>
      <w:pPr>
        <w:pStyle w:val="Normal"/>
        <w:rPr/>
      </w:pPr>
      <w:r>
        <w:rPr>
          <w:b/>
        </w:rPr>
        <w:t xml:space="preserve">UART — </w:t>
      </w:r>
      <w:r>
        <w:rPr/>
        <w:t>Последовательный интерфейс, обычно с линиями TX и RX.</w:t>
      </w:r>
    </w:p>
    <w:p>
      <w:pPr>
        <w:pStyle w:val="Normal"/>
        <w:rPr/>
      </w:pPr>
      <w:r>
        <w:rPr>
          <w:b/>
        </w:rPr>
        <w:t xml:space="preserve">RS-485 — </w:t>
      </w:r>
      <w:r>
        <w:rPr/>
        <w:t>Электрический стандарт передачи по дифференциальной паре, устойчивой к помехам.</w:t>
      </w:r>
    </w:p>
    <w:p>
      <w:pPr>
        <w:pStyle w:val="Normal"/>
        <w:rPr/>
      </w:pPr>
      <w:r>
        <w:rPr>
          <w:b/>
        </w:rPr>
        <w:t xml:space="preserve">Modbus — </w:t>
      </w:r>
      <w:r>
        <w:rPr/>
        <w:t>Протокол обмена сообщениями между устройствами; Modbus RTU часто работает поверх RS-485.</w:t>
      </w:r>
    </w:p>
    <w:p>
      <w:pPr>
        <w:pStyle w:val="Normal"/>
        <w:rPr/>
      </w:pPr>
      <w:r>
        <w:rPr>
          <w:b/>
        </w:rPr>
        <w:t xml:space="preserve">Эмиссивность — </w:t>
      </w:r>
      <w:r>
        <w:rPr/>
        <w:t>Способность поверхности излучать тепловую энергию относительно идеального излучателя.</w:t>
      </w:r>
    </w:p>
    <w:p>
      <w:pPr>
        <w:pStyle w:val="Normal"/>
        <w:rPr/>
      </w:pPr>
      <w:r>
        <w:rPr>
          <w:b/>
        </w:rPr>
        <w:t xml:space="preserve">Калибровка — </w:t>
      </w:r>
      <w:r>
        <w:rPr/>
        <w:t>Сравнение показаний с опорным значением для определения их соотношения.</w:t>
      </w:r>
    </w:p>
    <w:p>
      <w:pPr>
        <w:pStyle w:val="Normal"/>
        <w:rPr/>
      </w:pPr>
      <w:r>
        <w:rPr>
          <w:b/>
        </w:rPr>
        <w:t xml:space="preserve">Разрешение — </w:t>
      </w:r>
      <w:r>
        <w:rPr/>
        <w:t>Минимальный шаг, который прибор отображает или различает. Не равно точности.</w:t>
      </w:r>
    </w:p>
    <w:p>
      <w:pPr>
        <w:pStyle w:val="Normal"/>
        <w:rPr/>
      </w:pPr>
      <w:r>
        <w:rPr>
          <w:b/>
        </w:rPr>
        <w:t xml:space="preserve">Неопределённость — </w:t>
      </w:r>
      <w:r>
        <w:rPr/>
        <w:t>Оценка сомнения в результате измерения с учётом источников вариации.</w:t>
      </w:r>
    </w:p>
    <w:p>
      <w:pPr>
        <w:pStyle w:val="Normal"/>
        <w:rPr/>
      </w:pPr>
      <w:r>
        <w:rPr>
          <w:b/>
        </w:rPr>
        <w:t xml:space="preserve">Дрейф — </w:t>
      </w:r>
      <w:r>
        <w:rPr/>
        <w:t>Постепенное изменение характеристик датчика со временем.</w:t>
      </w:r>
    </w:p>
    <w:p>
      <w:pPr>
        <w:pStyle w:val="Normal"/>
        <w:rPr/>
      </w:pPr>
      <w:r>
        <w:rPr>
          <w:b/>
        </w:rPr>
        <w:t xml:space="preserve">Гистерезис — </w:t>
      </w:r>
      <w:r>
        <w:rPr/>
        <w:t>Зависимость показания при одной температуре от предыдущего нагрева или охлаждения.</w:t>
      </w:r>
    </w:p>
    <w:p>
      <w:pPr>
        <w:pStyle w:val="Normal"/>
        <w:rPr/>
      </w:pPr>
      <w:r>
        <w:rPr>
          <w:b/>
        </w:rPr>
        <w:t xml:space="preserve">Логирование — </w:t>
      </w:r>
      <w:r>
        <w:rPr/>
        <w:t>Запись измерений, часто с отметками даты и времени.</w:t>
      </w:r>
    </w:p>
    <w:p>
      <w:pPr>
        <w:pStyle w:val="Heading1"/>
        <w:rPr/>
      </w:pPr>
      <w:r>
        <w:rPr/>
        <w:t>Вопросы, которые могут задать</w:t>
      </w:r>
    </w:p>
    <w:p>
      <w:pPr>
        <w:pStyle w:val="Normal"/>
        <w:rPr/>
      </w:pPr>
      <w:r>
        <w:rPr>
          <w:b/>
        </w:rPr>
        <w:t>Почему Pt100 имеет 100 Ω при 0 °C?</w:t>
      </w:r>
    </w:p>
    <w:p>
      <w:pPr>
        <w:pStyle w:val="Normal"/>
        <w:rPr/>
      </w:pPr>
      <w:r>
        <w:rPr/>
        <w:t>Это номинал стандартизованного платинового датчика; число 100 обозначает сопротивление при 0 °C.</w:t>
      </w:r>
    </w:p>
    <w:p>
      <w:pPr>
        <w:pStyle w:val="Normal"/>
        <w:rPr/>
      </w:pPr>
      <w:r>
        <w:rPr>
          <w:b/>
        </w:rPr>
        <w:t>Почему термопаре нужна опорная температура?</w:t>
      </w:r>
    </w:p>
    <w:p>
      <w:pPr>
        <w:pStyle w:val="Normal"/>
        <w:rPr/>
      </w:pPr>
      <w:r>
        <w:rPr/>
        <w:t>Термоэлектрическое напряжение зависит от разности температур измерительного и опорного соединений.</w:t>
      </w:r>
    </w:p>
    <w:p>
      <w:pPr>
        <w:pStyle w:val="Normal"/>
        <w:rPr/>
      </w:pPr>
      <w:r>
        <w:rPr>
          <w:b/>
        </w:rPr>
        <w:t>Точность и разрешение — одно и то же?</w:t>
      </w:r>
    </w:p>
    <w:p>
      <w:pPr>
        <w:pStyle w:val="Normal"/>
        <w:rPr/>
      </w:pPr>
      <w:r>
        <w:rPr/>
        <w:t>Нет. Разрешение — шаг отображения; точность — близость результата к опорному значению.</w:t>
      </w:r>
    </w:p>
    <w:p>
      <w:pPr>
        <w:pStyle w:val="Normal"/>
        <w:rPr/>
      </w:pPr>
      <w:r>
        <w:rPr>
          <w:b/>
        </w:rPr>
        <w:t>RS-485 и Modbus — одно и то же?</w:t>
      </w:r>
    </w:p>
    <w:p>
      <w:pPr>
        <w:pStyle w:val="Normal"/>
        <w:rPr/>
      </w:pPr>
      <w:r>
        <w:rPr/>
        <w:t>Нет. RS-485 описывает электрическую передачу битов, Modbus — формат и смысл сообщений.</w:t>
      </w:r>
    </w:p>
    <w:p>
      <w:pPr>
        <w:pStyle w:val="Normal"/>
        <w:rPr/>
      </w:pPr>
      <w:r>
        <w:rPr>
          <w:b/>
        </w:rPr>
        <w:t>Почему IR-термометр может ошибаться на блестящем металле?</w:t>
      </w:r>
    </w:p>
    <w:p>
      <w:pPr>
        <w:pStyle w:val="Normal"/>
        <w:rPr/>
      </w:pPr>
      <w:r>
        <w:rPr/>
        <w:t>Поверхность может отражать окружающее излучение и иметь другую эмиссивность, поэтому оценка температуры поверхности становится сложнее.</w:t>
      </w:r>
    </w:p>
    <w:p>
      <w:pPr>
        <w:pStyle w:val="Normal"/>
        <w:rPr/>
      </w:pPr>
      <w:r>
        <w:rPr>
          <w:b/>
        </w:rPr>
        <w:t>Какой сенсор самый точный?</w:t>
      </w:r>
    </w:p>
    <w:p>
      <w:pPr>
        <w:pStyle w:val="Normal"/>
        <w:rPr/>
      </w:pPr>
      <w:r>
        <w:rPr/>
        <w:t>Универсального ответа нет. Для точных стабильных измерений часто используют платиновые PRT/RTD, но итог зависит от класса, диапазона, калибровки и условий.</w:t>
      </w:r>
    </w:p>
    <w:p>
      <w:pPr>
        <w:pStyle w:val="Heading1"/>
        <w:rPr/>
      </w:pPr>
      <w:r>
        <w:rPr/>
        <w:t>Памятка перед выступлением</w:t>
      </w:r>
    </w:p>
    <w:p>
      <w:pPr>
        <w:pStyle w:val="ListBullet"/>
        <w:numPr>
          <w:ilvl w:val="0"/>
          <w:numId w:val="1"/>
        </w:numPr>
        <w:rPr/>
      </w:pPr>
      <w:r>
        <w:rPr/>
        <w:t>Не читай заметки слово в слово: используй их, чтобы объяснить слайд своими словами.</w:t>
      </w:r>
    </w:p>
    <w:p>
      <w:pPr>
        <w:pStyle w:val="ListBullet"/>
        <w:numPr>
          <w:ilvl w:val="0"/>
          <w:numId w:val="1"/>
        </w:numPr>
        <w:rPr/>
      </w:pPr>
      <w:r>
        <w:rPr/>
        <w:t>На обзорных слайдах говори 30–45 секунд; на Pt100, точности и коммуникации можно задержаться на 1–1,5 минуты.</w:t>
      </w:r>
    </w:p>
    <w:p>
      <w:pPr>
        <w:pStyle w:val="ListBullet"/>
        <w:numPr>
          <w:ilvl w:val="0"/>
          <w:numId w:val="1"/>
        </w:numPr>
        <w:rPr/>
      </w:pPr>
      <w:r>
        <w:rPr/>
        <w:t>Статистика популярности относится к исследованию 2017 года, а не к 2026 году.</w:t>
      </w:r>
    </w:p>
    <w:p>
      <w:pPr>
        <w:pStyle w:val="ListBullet"/>
        <w:numPr>
          <w:ilvl w:val="0"/>
          <w:numId w:val="1"/>
        </w:numPr>
        <w:rPr/>
      </w:pPr>
      <w:r>
        <w:rPr/>
        <w:t>Диапазоны термопар ориентировочные и зависят от типа и условий.</w:t>
      </w:r>
    </w:p>
    <w:p>
      <w:pPr>
        <w:pStyle w:val="ListBullet"/>
        <w:numPr>
          <w:ilvl w:val="0"/>
          <w:numId w:val="1"/>
        </w:numPr>
        <w:rPr/>
      </w:pPr>
      <w:r>
        <w:rPr/>
        <w:t>Формула Pt100 с α — приближение; для точного измерения используют стандартные характеристики.</w:t>
      </w:r>
    </w:p>
    <w:p>
      <w:pPr>
        <w:pStyle w:val="ListBullet"/>
        <w:numPr>
          <w:ilvl w:val="0"/>
          <w:numId w:val="1"/>
        </w:numPr>
        <w:spacing w:before="0" w:after="200"/>
        <w:contextualSpacing/>
        <w:rPr/>
      </w:pPr>
      <w:r>
        <w:rPr/>
        <w:t>Логика всей презентации: температура → физическое свойство → сенсор → сигнал → обработка → показание или управление.</w:t>
      </w:r>
    </w:p>
    <w:sectPr>
      <w:type w:val="nextPage"/>
      <w:pgSz w:w="12240" w:h="15840"/>
      <w:pgMar w:left="1152" w:right="1152" w:gutter="0" w:header="0" w:top="1008" w:footer="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Arial" w:cs=""/>
      <w:color w:val="222222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632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67D9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Покажчик"/>
    <w:basedOn w:val="Normal"/>
    <w:qFormat/>
    <w:pPr>
      <w:suppressLineNumbers/>
    </w:pPr>
    <w:rPr>
      <w:rFonts w:cs="Arial Unicode MS"/>
    </w:rPr>
  </w:style>
  <w:style w:type="paragraph" w:styleId="Style7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6324F"/>
      <w:spacing w:val="5"/>
      <w:kern w:val="2"/>
      <w:sz w:val="5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8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LibreOffice/26.2.6.3$Windows_X86_64 LibreOffice_project/8221e31b3ac356a1623c672912a3d2b492f7e3d1</Application>
  <AppVersion>15.0000</AppVersion>
  <Pages>10</Pages>
  <Words>2542</Words>
  <Characters>17248</Characters>
  <CharactersWithSpaces>19652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uk-UA</dc:language>
  <cp:lastModifiedBy/>
  <dcterms:modified xsi:type="dcterms:W3CDTF">2026-10-09T00:55:04Z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